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Veau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Mornet, Paul/ Espinasse, Jean-Marie./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en coul. :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2224003447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590/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Veaux/ Médecine vétérinaire/ </w:t>
            </w:r>
          </w:p>
        </w:tc>
      </w:tr>
    </w:tbl>
    <w:p>
      <w:pPr>
        <w:pStyle w:val="Heading3"/>
      </w:pPr>
      <w:r>
        <w:t>Résumé :</w:t>
      </w:r>
    </w:p>
    <w:p>
      <w:r>
        <w:t>Le livre couvre tous les aspects du veau, de son anatomie et physiologie à l'élevage, l'alimentation, la production et les pathologies associées.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