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Réseaux de neurones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Dreyfus, Gerard/ Martinez, Jean-Marc/ Samuelides, Manuel/ Gordon, Mirta/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 ème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 , couv.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Algorithmes(N°:None)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411-417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2212114648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Réseau de neurones/ </w:t>
            </w:r>
          </w:p>
        </w:tc>
      </w:tr>
    </w:tbl>
    <w:p>
      <w:pPr>
        <w:pStyle w:val="Heading3"/>
      </w:pPr>
      <w:r>
        <w:t>Résumé :</w:t>
      </w:r>
    </w:p>
    <w:p>
      <w:r>
        <w:t>Les réseaux de neurones constituent une technique de traitement de données bien comprise et maîtrisée, désormais indispensable dans la boîte à outils de tout ingénieur soucieux d'extraire le maximum d'informations pertinentes des données dont il disp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