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 QCM ] 100 QCM corrigés de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Foucrier, Jean/ Bassaglia, Yann/ Péchinot, Danièle/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2224027656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Réviser(N°:None)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2224027656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énergétique céllulaire/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" 100 QCM de Biologie cellulaire " propose à l'étudiant une méthode performante de révision. Les questions sont originales et concernent les notions les plus importantes du programme. Elles permettent à l'étudiant de réaliser un bilan objectif de ses connaissances, d'identifier ses points forts, de repérer ses lacunes.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