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numérique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Enden, A. W. M. van den/ Verhoeckx, N. A. M./ Friedel, Brigitte/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XVIII-382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222582522x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numérique du signal (TNS)/ temps continu/ tfd/ </w:t>
            </w:r>
          </w:p>
        </w:tc>
      </w:tr>
    </w:tbl>
    <w:p>
      <w:pPr>
        <w:pStyle w:val="Heading3"/>
      </w:pPr>
      <w:r>
        <w:t>Résumé :</w:t>
      </w:r>
    </w:p>
    <w:p>
      <w:r>
        <w:t>signaux et systémes à temps continu-conversion des signaux à temps continu en signaux à temps discret et inversement-signaux et systémes à temps discret-TFDet TFR-VUE D'ENSEMBLE DES TRANSFORMATIONS DE SIGNAUX-STRUCTURES DE FILTRES- MéTHODES DE CONCEPTION DE FILTRES DISCRETS-SYST2MES MULTICADENCE-LINGUEUR DE MOT FINIE DANS LES SIGNAUX ET LES SYSTéMES NUMéRIQUES-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