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Platel, Roland/ Timmel, Jean-François/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QCM Dunod(N°:None)</w:t>
            </w:r>
          </w:p>
        </w:tc>
      </w:tr>
      <w:tr>
        <w:trPr>
          <w:trHeight w:val="567"/>
        </w:trPr>
        <w:tc>
          <w:tcPr>
            <w:tcW w:type="dxa" w:w="3000"/>
          </w:tcPr>
          <w:p>
            <w:r>
              <w:t>Numéro d'Identification</w:t>
            </w:r>
          </w:p>
        </w:tc>
        <w:tc>
          <w:tcPr>
            <w:tcW w:type="dxa" w:w="7000"/>
          </w:tcPr>
          <w:p>
            <w:r>
              <w:t>2100026364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humaine/ </w:t>
            </w:r>
          </w:p>
        </w:tc>
      </w:tr>
    </w:tbl>
    <w:p>
      <w:pPr>
        <w:pStyle w:val="Heading3"/>
      </w:pPr>
      <w:r>
        <w:t>Résumé :</w:t>
      </w:r>
    </w:p>
    <w:p>
      <w:r>
        <w:t>cet ouvrage propose une révision complète du programme de biologie des classes préparatoires aux écoles paramédicales et de la Terminale S. Il permet de contrôler ses connaissances et d'évaluer immédiatement, et point par point, le degré de compréhension auquel on est parvenu. On peut ainsi ouvrir le livre à tout moment, y entrer sans effort et répondre aux questions... sans crayon. Non seulement les réponses sont déjà rédigées, mais il suffit de reconnaître la bonne : toutes les solutions sont données et elles sont expliquées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