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Wegnez, Léon F./ Boucart, Robetr/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197-210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d'un ordinateur/ </w:t>
            </w:r>
          </w:p>
        </w:tc>
      </w:tr>
    </w:tbl>
    <w:p>
      <w:pPr>
        <w:pStyle w:val="Heading3"/>
      </w:pPr>
      <w:r>
        <w:t>Résumé :</w:t>
      </w:r>
    </w:p>
    <w:p>
      <w:r>
        <w:t>un livre</w:t>
        <w:br/>
        <w:br/>
        <w:br/>
        <w:br/>
        <w:t>pour tous,</w:t>
        <w:br/>
        <w:br/>
        <w:br/>
        <w:br/>
        <w:t>pour ceux qui veulent savoir,</w:t>
        <w:br/>
        <w:br/>
        <w:br/>
        <w:br/>
        <w:t>pour ceux qui sont tentés par une carrière informatique,</w:t>
        <w:br/>
        <w:br/>
        <w:br/>
        <w:br/>
        <w:t>pour les professeurs et en particulier les professeurs de sciences</w:t>
        <w:br/>
        <w:br/>
        <w:br/>
        <w:br/>
        <w:t>économiques et de mathématiques,</w:t>
        <w:br/>
        <w:br/>
        <w:br/>
        <w:br/>
        <w:t>pour les étudiants des diverses disciplines,</w:t>
        <w:br/>
        <w:br/>
        <w:br/>
        <w:br/>
        <w:t>pour tous ceux qui, dans de nombreux secteurs d'activités, sont ou seront engagés à des titres divers dans l'aventure informatique</w:t>
        <w:br/>
        <w:br/>
        <w:br/>
        <w:br/>
        <w:t>⚫ un ouvrage que doivent avoir lu tous ceux qui envisagent de recourir à l'ordina-teur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