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des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Quinquis, André/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Signaux et systèmes en questions(N°:None)</w:t>
            </w:r>
          </w:p>
        </w:tc>
      </w:tr>
      <w:tr>
        <w:trPr>
          <w:trHeight w:val="567"/>
        </w:trPr>
        <w:tc>
          <w:tcPr>
            <w:tcW w:type="dxa" w:w="3000"/>
          </w:tcPr>
          <w:p>
            <w:r>
              <w:t>Numéro d'Identification</w:t>
            </w:r>
          </w:p>
        </w:tc>
        <w:tc>
          <w:tcPr>
            <w:tcW w:type="dxa" w:w="7000"/>
          </w:tcPr>
          <w:p>
            <w:r>
              <w:t>2746200538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filtrage du signal/ techniques numériques/ </w:t>
            </w:r>
          </w:p>
        </w:tc>
      </w:tr>
    </w:tbl>
    <w:p>
      <w:pPr>
        <w:pStyle w:val="Heading3"/>
      </w:pPr>
      <w:r>
        <w:t>Résumé :</w:t>
      </w:r>
    </w:p>
    <w:p>
      <w:r>
        <w:t>Le livre Filtrage des signaux : exercices et problèmes corrigés d’André Quinquis, publié en 1999 chez Hermès Science Publications, constitue un ouvrage d’application dédié à la pratique du traitement et du filtrage des signaux. Destiné principalement aux étudiants en électronique, télécommunications ou automatique, il accompagne la compréhension du cours théorique à travers une large série d’exercices et de problèmes corrigés. L’auteur y aborde les principaux aspects du filtrage, qu’il soit analogique ou numérique, en explorant les notions de réponse fréquentielle, bande passante, fréquence de coupure, stabilité et performance des filtres. Les exercices sont inspirés de cas concrets issus du radar, du sonar et des télécommunications, domaines dans lesquels le filtrage joue un rôle essentiel pour extraire ou améliorer l’information utile contenue dans un signal. Grâce à ses corrigés détaillés, le livre permet un apprentissage progressif et autonome, renforçant la compréhension des concepts fondamentaux du traitement du signal. Bien qu’il ne soit pas un manuel théorique complet, il constitue un excellent support de révision et de mise en pratique, utile tant pour les étudiants que pour les ingénieurs souhaitant consolider leurs compétences en filtrage des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