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Détection et estimation des signaux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Quinquis,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2746200546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détection du signal/ théorie de l'estimation/ </w:t>
            </w:r>
          </w:p>
        </w:tc>
      </w:tr>
    </w:tbl>
    <w:p>
      <w:pPr>
        <w:pStyle w:val="Heading3"/>
      </w:pPr>
      <w:r>
        <w:t>Résumé :</w:t>
      </w:r>
    </w:p>
    <w:p>
      <w:r>
        <w:t>La quatrième de couverture indique :Les quatre titres de la série Signaux et systèmes en questions (Le signal déterministe, Le filtrage des signaux, Détection et estimation des signaux, Le signal aléatoire) parus en 1996 constituent - sous une forme originale de questions/réponses - un cours sur les bases du traitement du signal. Ils sont aujourd'hui complétés par trois ouvrages d'exercices et de corrigés qui permettront au lecteur de s'exercer à la mise en pratique des concepts fondamentaux en résolvant des problèmes dédiés au traitement du signal et empruntés essentiellement aux domaines du radar, du sonar ou des télécommunications.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