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d'assembleur et de macro assembleur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Rivière,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Annexes p.p.64-70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204015440X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bas niveau/ 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unlivre pédagogique qui vise à initier les lecteurs aux concepts de la programmation en langage d’assemblage, ainsi qu’à l’utilisation de macro-assembleurs.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