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Microcontrôleurs PIC 24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Tavernier,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311-316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9782100543984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tension d'alimentation./ comparateur analogique/ </w:t>
            </w:r>
          </w:p>
        </w:tc>
      </w:tr>
    </w:tbl>
    <w:p>
      <w:pPr>
        <w:pStyle w:val="Heading3"/>
      </w:pPr>
      <w:r>
        <w:t>Résumé :</w:t>
      </w:r>
    </w:p>
    <w:p>
      <w:r>
        <w:t>Le livre  Microcontrôleurs PIC 24 : description et mise en œuvre  présente en détail l’architecture des microcontrôleurs PIC 24 de Microchip, leur fonctionnement interne et leurs caractéristiques principales. Il explique les principes de programmation en langage C et l’utilisation de l’environnement MPLAB pour le développement et le débogage. L’ouvrage aborde également la mise en œuvre pratique à travers des exemples d’applications concrètes, incluant la gestion des entrées/sorties, des timers, des interruptions, des convertisseurs analogiques-numériques et des communications série (UART, SPI, I²C). Il s’adresse aux étudiants, ingénieurs et techniciens souhaitant concevoir, programmer et tester des systèmes embarqués à base de microcontrôleurs PIC 24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