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microprocesseurs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Zaks, Rodnay/ Le Beux, Pierre/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Sybex-Europe/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311-313</w:t>
            </w:r>
          </w:p>
        </w:tc>
      </w:tr>
      <w:tr>
        <w:trPr>
          <w:trHeight w:val="567"/>
        </w:trPr>
        <w:tc>
          <w:tcPr>
            <w:tcW w:type="dxa" w:w="3000"/>
          </w:tcPr>
          <w:p>
            <w:r>
              <w:t>Numéro d'Identification</w:t>
            </w:r>
          </w:p>
        </w:tc>
        <w:tc>
          <w:tcPr>
            <w:tcW w:type="dxa" w:w="7000"/>
          </w:tcPr>
          <w:p>
            <w:r>
              <w:t>9782902414178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DSP (Digital Signal Processor)/ traitement numerique./ </w:t>
            </w:r>
          </w:p>
        </w:tc>
      </w:tr>
    </w:tbl>
    <w:p>
      <w:pPr>
        <w:pStyle w:val="Heading3"/>
      </w:pPr>
      <w:r>
        <w:t>Résumé :</w:t>
      </w:r>
    </w:p>
    <w:p>
      <w:r>
        <w:t>“Les microprocesseurs : techniques et applications” est un ouvrage qui explore en profondeur le fonctionnement et l’architecture des microprocesseurs, qui sont au cœur de la plupart des systèmes informatiques modernes. Les auteurs, Rodnay Zaks et Pierre Le Beux, présentent les concepts fondamentaux des microprocesseurs, y compris leur structure interne, leur programmation, et leurs applications dans divers domaines, tels que l’électronique grand public, les systèmes embarqués et l’automatisation industrielle. Le livre inclut des exemples pratiques et des projets qui permettent de mieux comprendre l’impact des microprocesseurs sur la technologie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