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l'ingénierie des réseaux cellulaires : du GSM-GPRS à l'UMTS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Tabbane, Sami/ Missaoui , Mohamed Tahar/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Réseaux et télécommunications(N°:None)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2746213966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d'admission/ bilan de liaison/ </w:t>
            </w:r>
          </w:p>
        </w:tc>
      </w:tr>
    </w:tbl>
    <w:p>
      <w:pPr>
        <w:pStyle w:val="Heading3"/>
      </w:pPr>
      <w:r>
        <w:t>Résumé :</w:t>
      </w:r>
    </w:p>
    <w:p>
      <w:r>
        <w:t>Le livre Pratique de l'ingénierie des réseaux cellulaires : du GSM-GPRS à l'UMTS présente une approche complète de la conception, de la mise en œuvre et de l’optimisation des réseaux mobiles. Il explique les principes techniques des systèmes GSM, GPRS et UMTS, en détaillant leur architecture, leurs protocoles, la gestion des ressources radio et les stratégies d’évolution vers la 3G. L’ouvrage met l’accent sur les aspects pratiques de l’ingénierie des réseaux, notamment la planification, la couverture, la qualité de service et la maintenance, afin d’offrir une compréhension concrète du fonctionnement et du déploiement des réseaux cellulaires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