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projet en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Zehnder, Carl-August/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2880741726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projet/ planification de projet/ </w:t>
            </w:r>
          </w:p>
        </w:tc>
      </w:tr>
    </w:tbl>
    <w:p>
      <w:pPr>
        <w:pStyle w:val="Heading3"/>
      </w:pPr>
      <w:r>
        <w:t>Résumé :</w:t>
      </w:r>
    </w:p>
    <w:p>
      <w:r>
        <w:t>Cet ouvrage sert de guide pratique pour les professionnels et les étudiants dans le domaine de l’informatique, en leur fournissant des outils et des méthodes pour réussir leurs projets tout en minimisant les risques d’échec. L’accent est mis sur l’importance de l’approche systématique et de l’adaptabilité face aux défis du développement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