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L'électronique en pratique.T2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Platt,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amplis-op/ électronique du YiJing/ </w:t>
            </w:r>
          </w:p>
        </w:tc>
      </w:tr>
    </w:tbl>
    <w:p>
      <w:pPr>
        <w:pStyle w:val="Heading3"/>
      </w:pPr>
      <w:r>
        <w:t>Résumé :</w:t>
      </w:r>
    </w:p>
    <w:p>
      <w:r>
        <w:t>L'électronique ne se résume pas qu'à des résistances, des condensateurs, des transistors et des diodes. Savez-vous qu'il existe une infinité de projets faisant appel à des comparateurs, des amplis-op ou encore des capteurs ?</w:t>
        <w:br/>
        <w:br/>
        <w:t>Après le best-seller L'électronique en pratique de Charles Platt, lisez la suite du même auteur pour vous en convaincre. Grâce à 36 nouvelles expériences, cet ouvrage vous emmènera à la découverte d'une multitude de composants : amplis-op, comparateurs, compteurs, encodeurs, décodeurs, multiplexeurs, registres à décalage, bargraphes, timers, réseaux Darlington, phototransistors..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