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Menaces sur le réseau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Zalewski, Michal/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319-322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9782744022265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surveillance réseau/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Michal Zalewski nous plonge dans les entrailles de l'informatique moderne et porte un jour nouveau sur la conception d'un réseau et nos propres pratiques informatiques. A travers l'étude de quelques défis exceptionnels, rares et souvent très recherchés en terme de sécurité, ce récit fascinant échappe à toute classification et renonce à l'opposition traditionnelle entre attaque et victime. Michal Zalewski est depuis longtemps connu et respecté dans les communautés de hackers et de sécurité pour son intelligence, sa curiosité et sa créativité.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