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en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Platt, Charles/ </w:t>
            </w:r>
          </w:p>
        </w:tc>
      </w:tr>
      <w:tr>
        <w:trPr>
          <w:trHeight w:val="567"/>
        </w:trPr>
        <w:tc>
          <w:tcPr>
            <w:tcW w:type="dxa" w:w="3000"/>
          </w:tcPr>
          <w:p>
            <w:r>
              <w:t>Edition</w:t>
            </w:r>
          </w:p>
        </w:tc>
        <w:tc>
          <w:tcPr>
            <w:tcW w:type="dxa" w:w="7000"/>
          </w:tcPr>
          <w:p>
            <w:r>
              <w:t>12é tirage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XII-331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Serial makers(N°:None)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9782212135077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w:t>
            </w:r>
          </w:p>
        </w:tc>
      </w:tr>
    </w:tbl>
    <w:p>
      <w:pPr>
        <w:pStyle w:val="Heading3"/>
      </w:pPr>
      <w:r>
        <w:t>Résumé :</w:t>
      </w:r>
    </w:p>
    <w:p>
      <w:r>
        <w:t>Vous souhaitez vous mettre à l'électronique, mais à condition de pratiquer tout de suite ? Vous voulez en connaître les grands fondements, mais sans risquer l'overdose de théorie ? Avec ce livre d'introduction, vous commencerez à monter des circuits simples dès la première page. Par le biais de 36 expériences, toutes plus amusantes les unes que les autres, vous découvrirez les principaux composants et les concepts essentiels de l'électronique. Vous serez guidé pas à pas dans la réalisation de montages de plus en plus complexes, allant d'un commutateur basique aux circuits intégrés, d'une LED qui clignote aux microcontrôleurs programmables. Ludique, inventif, foisonnant d'illustrations (plus de 500 photos, schémas et dessins), écrit dans un langage vivant et accessible, cet ouvrage remarquable met l'électronique à la portée de tous.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