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Pelmont, Jean/ </w:t>
            </w:r>
          </w:p>
        </w:tc>
      </w:tr>
      <w:tr>
        <w:trPr>
          <w:trHeight w:val="567"/>
        </w:trPr>
        <w:tc>
          <w:tcPr>
            <w:tcW w:type="dxa" w:w="3000"/>
          </w:tcPr>
          <w:p>
            <w:r>
              <w:t>Adresse bib.</w:t>
            </w:r>
          </w:p>
        </w:tc>
        <w:tc>
          <w:tcPr>
            <w:tcW w:type="dxa" w:w="7000"/>
          </w:tcPr>
          <w:p>
            <w:r>
              <w:t xml:space="preserve">Presses universitaires de Grenoble/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Numéro d'Identification</w:t>
            </w:r>
          </w:p>
        </w:tc>
        <w:tc>
          <w:tcPr>
            <w:tcW w:type="dxa" w:w="7000"/>
          </w:tcPr>
          <w:p>
            <w:r>
              <w:t>2706103639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enzyme/ </w:t>
            </w:r>
          </w:p>
        </w:tc>
      </w:tr>
    </w:tbl>
    <w:p>
      <w:pPr>
        <w:pStyle w:val="Heading3"/>
      </w:pPr>
      <w:r>
        <w:t>Résumé :</w:t>
      </w:r>
    </w:p>
    <w:p>
      <w:r>
        <w:t>Ce livre s'adresse à des personnes ayant des notions en biochimie mais desirant les approfondir : Il reprend tout, de l'ADN à l'activité enzymatique, en passant par la structure 3D des protéines, et en approfondissant les differentes familles d'enzymes existantes. Il est très complet (plus de 1000 pages), mais explique de nombreux mécanismes avec simplicité et humour. A lire pour toute personne voulant approfondir ses connaissances concernant la structure des protéines et l'enzymologie.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