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des systèmes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Sueur, Christophe/ Vanheeghe, Philippe/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2710807327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régulateurs industriels/ </w:t>
            </w:r>
          </w:p>
        </w:tc>
      </w:tr>
    </w:tbl>
    <w:p>
      <w:pPr>
        <w:pStyle w:val="Heading3"/>
      </w:pPr>
      <w:r>
        <w:t>Résumé :</w:t>
      </w:r>
    </w:p>
    <w:p>
      <w:r>
        <w:t>Le livre Automatique des systèmes continus : éléments de cours et exercices résolus de Christophe Sueur, publié en 1997, est un ouvrage pédagogique destiné aux étudiants et ingénieurs souhaitant acquérir une compréhension solide de l’automatique appliquée aux systèmes linéaires à temps continu. Il aborde de manière progressive les notions essentielles de modélisation, d’analyse et de commande des systèmes dynamiques. L’auteur y présente d’abord les fondements de la modélisation à travers les équations différentielles et la transformée de Laplace, permettant de passer du domaine temporel au domaine fréquentiel. Il explique ensuite les outils d’analyse des systèmes linéaires, tels que la fonction de transfert, les pôles et zéros, la stabilité et la réponse fréquentielle. L’ouvrage traite également de la conception et de l’ajustement des correcteurs (notamment PID) dans les boucles de régulation afin d’améliorer les performances des systèmes. En complément, de nombreux exercices corrigés illustrent les concepts théoriques et aident le lecteur à les appliquer concrètement. Par son équilibre entre rigueur théorique et pratique, ce livre constitue une référence utile pour la formation en automatique et en génie électrique, facilitant la compréhension et la mise en œuvre des principes de contrôle des systèmes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