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Labrique, Francis/ Delarue, Philippe/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9782100567010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L'électronique de puissance est la branche de la physique appliquée qui traite de l'utilisation des semi-conducteurs de puissance pour modifier la présentation de l'énergie électrique. Cet ouvrage donne une définition de l'électronique de puissance, de son vocabulaire, de ses méthodes de calcul et de raisonnement. Les principaux types de convertisseurs, redresseurs, gradateurs, hacheurs et ondulateurs autonomes, font l'objet d'une étude quantitative, les diverses structures étant comparées et les applications précisées. Régulièrement remis à jour au cours des éditions successives, ce livre reste irremplaçable pour les étudiants (Master et écoles d'ingénieurs) et les praticiens. Cette nouvelle édition tient compte des évolutions en électronique de puissance (composants, structures, commandes) et les exercices de fin de chapitre ont été renouvelés.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