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 premiers pas en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Rateau,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2100046896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pour débutant/ multimètre et mesure électrique/ </w:t>
            </w:r>
          </w:p>
        </w:tc>
      </w:tr>
    </w:tbl>
    <w:p>
      <w:pPr>
        <w:pStyle w:val="Heading3"/>
      </w:pPr>
      <w:r>
        <w:t>Résumé :</w:t>
      </w:r>
    </w:p>
    <w:p>
      <w:r>
        <w:t>Une démarche progressive qui fait de ce livre un véritable outil pédagogique ! simplement distrayantes (jeux lumineux, sirènes...) souvent utiles aussi (thermomètre, minuterie...), les réalisations décrites dans cet ouvrage répondront à l'attrait des jeunes pour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