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appliquée. T2, mesures électriques en courant continu et en régimes transitoires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Roberjot, Pierre/ Loubignac, Jean/ </w:t>
            </w:r>
          </w:p>
        </w:tc>
      </w:tr>
      <w:tr>
        <w:trPr>
          <w:trHeight w:val="567"/>
        </w:trPr>
        <w:tc>
          <w:tcPr>
            <w:tcW w:type="dxa" w:w="3000"/>
          </w:tcPr>
          <w:p>
            <w:r>
              <w:t>Edition</w:t>
            </w:r>
          </w:p>
        </w:tc>
        <w:tc>
          <w:tcPr>
            <w:tcW w:type="dxa" w:w="7000"/>
          </w:tcPr>
          <w:p>
            <w:r>
              <w:t>3è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électronique/ régime transitoire/ </w:t>
            </w:r>
          </w:p>
        </w:tc>
      </w:tr>
    </w:tbl>
    <w:p>
      <w:pPr>
        <w:pStyle w:val="Heading3"/>
      </w:pPr>
      <w:r>
        <w:t>Résumé :</w:t>
      </w:r>
    </w:p>
    <w:p>
      <w:r>
        <w:t>Ce tome aborde les principes et techniques de mesure des grandeurs électriques dans les circuits en coura caractéristiques des instruments de mesure (voltmmètres, oscilloscopes, ponts de mesure…), ainsi que les sources d’erreurs et les précautions de manipulation. L’ouvrage met l’accent sur la pratique des mesures, la restitution des résultats, et la compréhension des phénomènes transitoires dans les circuits RC, RL et RLC, afin de relier la théorie à l’expérimentation en électronique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