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Introductory electronic devices And circuits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Paynter, Robert T./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7th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Prentice Hall/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974-988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0131716395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electron-flow/ circuit/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