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Distributions -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Roubine, Elie/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la Direction des Etudes et Recherches d'Electricité de France(N°:None)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distribution/ fonction généralisée/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de cet ouvrage reproduit avec de nombreux développements, les cours de l'ecole supérieure d'électricité sur les distributions. la seconde est plus particulièrement consacrée à l'application des distributions à la théorie du signal certain. elle regroupe à la fois les notions de base et quelques thèmes où les difficultés peuvent se rencontrer.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