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[Trois cent] 300 schémas d'alimentation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243 p.</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2100038230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élévateur de tension/ régulateur de tension/ </w:t>
            </w:r>
          </w:p>
        </w:tc>
      </w:tr>
    </w:tbl>
    <w:p>
      <w:pPr>
        <w:pStyle w:val="Heading3"/>
      </w:pPr>
      <w:r>
        <w:t>Résumé :</w:t>
      </w:r>
    </w:p>
    <w:p>
      <w:r>
        <w:t>Le livre « Trois cent schémas d’alimentation : redresseurs, alimentations à découpage, régulateurs linéaires et convertisseurs » présente une vaste collection de 300 montages pratiques illustrant les différentes t principaux types d’alimentations des redresseurs classiques aux alimentations à découpage modernes, en passant par les régulateurs linéaires et les convertisseurs DC-DC. Chaque schéma est accompagné d’explications claires sur son principe de fonctionnement, ses applications possibles et ses avantages techniques, faisant de cet ouvrage un outil précieux pour les étudiants, techniciens et concepteurs en électronique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