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T1, Appareils génitaux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Girod, Christian/ Czyba,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 333-352. Index</w:t>
            </w:r>
          </w:p>
        </w:tc>
      </w:tr>
      <w:tr>
        <w:trPr>
          <w:trHeight w:val="567"/>
        </w:trPr>
        <w:tc>
          <w:tcPr>
            <w:tcW w:type="dxa" w:w="3000"/>
          </w:tcPr>
          <w:p>
            <w:r>
              <w:t>Numéro d'Identification</w:t>
            </w:r>
          </w:p>
        </w:tc>
        <w:tc>
          <w:tcPr>
            <w:tcW w:type="dxa" w:w="7000"/>
          </w:tcPr>
          <w:p>
            <w:r>
              <w:t>2853341461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organes génitaux/ reproduction humaine/ </w:t>
            </w:r>
          </w:p>
        </w:tc>
      </w:tr>
    </w:tbl>
    <w:p>
      <w:pPr>
        <w:pStyle w:val="Heading3"/>
      </w:pPr>
      <w:r>
        <w:t>Résumé :</w:t>
      </w:r>
    </w:p>
    <w:p>
      <w:r>
        <w:t>Le livre  Biologie de la reproduction. T1, Appareils génitaux  présente de manière détaillée l’anatomie, l’organisation et le fonctionnement des appareils reproducteurs mâle et femelle, en mettant en évidence leurs structures, leurs rôles physiologiques et leur importance dans la reproduction sexuée.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