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QCM et QROC de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Roy, Béatrice/ Bayan, Nicolas/ Le Maréchal,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2100496964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destiné aux étudiants en premier cycle (PCEM1, pharmacie, L1, L2, L3, classes prépas BCPST), est conçu pour vous aider à bien préparer vos concours. Plus de 300 QCM et QROC (questions à réponse ouverte et courte) afin de vous autoévaluer et vous entraîner à ce type d'exercices. Les corrigés détaillés proposent des rappels de cours qui vous aideront à réviser et approfondir vos connaissances. Des figures de synthèse en annexe. Une mise en page claire et agréable rend l'ouvrage facile à utiliser.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