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Éléments de biochimie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Schapira,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Éléments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9782257705716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Le livre présente lesfondements de la biochimie: l’étude des composants chimiques du vivant, leurs interactions, leurs rôles métaboliques</w:t>
        <w:br/>
        <w:br/>
        <w:t>Il met l’accent sur la **continuité biochimique** entre les êtres vivants, malgré leur diversité apparente. ([virtuallibrary.enssmal.edu.dz][1])</w:t>
        <w:br/>
        <w:br/>
        <w:t>Il sert de support aux étudiants en médecine, biologie, et autres disciplines biomédicales pour comprendre les bases moléculaires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