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d'immunologie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Rabhi, Hocne/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immunitaire/ cellule dendritique folliculaire/ </w:t>
            </w:r>
          </w:p>
        </w:tc>
      </w:tr>
    </w:tbl>
    <w:p>
      <w:pPr>
        <w:pStyle w:val="Heading3"/>
      </w:pPr>
      <w:r>
        <w:t>Résumé :</w:t>
      </w:r>
    </w:p>
    <w:p>
      <w:r>
        <w:t>Ce manuel d'immunologie qui est destiné d'abord aux étudiants de graduation en sciences biomédicales, propose une vue d'ensemble introductive, descriptive et analytique , du système immunitaire humain ( organes, cellules, molécules d'interactions et de régulation , qui font la réponse immunitaire) , tout en mentionnant quelques applications concrètes diagnostiques ou thérapeutiques, de ces connaissances de 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