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Détecteurs de métaux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Wilhelm, Rolf/ Brodier,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Publitronic-Elektor/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185-187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2866611160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détection de métaux/ bobine de détection/ </w:t>
            </w:r>
          </w:p>
        </w:tc>
      </w:tr>
    </w:tbl>
    <w:p>
      <w:pPr>
        <w:pStyle w:val="Heading3"/>
      </w:pPr>
      <w:r>
        <w:t>Résumé :</w:t>
      </w:r>
    </w:p>
    <w:p>
      <w:r>
        <w:t>La détection des métaux est l'un des innombrables domaines dans lesquels l'électronique est mise à contribution très fortement, mais elle est aussi une passionnante activité de loisirs. ce livre s'adresse autant au débutant qu'au professionnel expérimenté, par son contenu détaillé, théorique et pratique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