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pratique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Pianezzi, Jean Claude/ Reghinot, Jean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Radio/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2709109042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électronique/ circuit analogique/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