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electrical engineering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Rajrut, R.K/ </w:t>
            </w:r>
          </w:p>
        </w:tc>
      </w:tr>
      <w:tr>
        <w:trPr>
          <w:trHeight w:val="567"/>
        </w:trPr>
        <w:tc>
          <w:tcPr>
            <w:tcW w:type="dxa" w:w="3000"/>
          </w:tcPr>
          <w:p>
            <w:r>
              <w:t>Adresse bib.</w:t>
            </w:r>
          </w:p>
        </w:tc>
        <w:tc>
          <w:tcPr>
            <w:tcW w:type="dxa" w:w="7000"/>
          </w:tcPr>
          <w:p>
            <w:r>
              <w:t xml:space="preserve">Laxmi  Publications LTD/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8170084016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conducting materials/ electrical engineering materials/ </w:t>
            </w:r>
          </w:p>
        </w:tc>
      </w:tr>
    </w:tbl>
    <w:p>
      <w:pPr>
        <w:pStyle w:val="Heading3"/>
      </w:pPr>
      <w:r>
        <w:t>Résumé :</w:t>
      </w:r>
    </w:p>
    <w:p>
      <w:r>
        <w:t>This textbook provides a comprehensive introduction to the fundamental materials used in electrical and electronic engineering. It begins with an overview of the general properties and classifications of engineering materials, explaining how their physical, chemical, thermal, and electrical characteristics determine their suitability for specific applications. The book then explores in detail the behavior of conducting, insulating, magnetic, and semiconductor materials, emphasizing their structure, mechanisms of conduction, and performance under different electrical and environmental conditions. Topics such as dielectric properties, magnetic hysteresis, semiconductor doping, and material selection for electrical machines, transformers, cables, and electronic devices are thoroughly discussed. Each chapter includes clear explanations, diagrams, solved examples, and exercises that help students connect theoretical concepts with practical engineering applications. Overall, R.K. Rajput’s work serves as a clear and systematic guide for undergraduate students, combining essential theoretical principles with applied aspects of electrical engineering materials.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