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Biologie Cellulaire Histologie et Embryologie en Qcm UE2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Ghorbal, Mounaïm/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9782729866570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céllulaire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histologie/ Embryologie/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C’est un ouvrage de révision pour l’UE2 (Biologie cellulaire, histologie et embryologie) dans les études de santé (PACES, première année, licence des sciences du vivant). </w:t>
        <w:br/>
        <w:br/>
        <w:t xml:space="preserve">* Il contient environ **300 QCM** couvrant les notions essentielles du cours, avec des **corrigés commentés** pour chaque question. </w:t>
        <w:br/>
        <w:br/>
        <w:t xml:space="preserve">* Le livre est divisé en **22 chapitres thématiques**, chacun abordant un domaine clé du cours. </w:t>
        <w:br/>
        <w:br/>
        <w:t>* L’objectif est de permettre aux étudiants de **tester régulièrement leurs connaissances**, de repérer les lacunes, et de faire un “dernier tour de révision” avant les examens.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