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Glossaire de zoologie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Arab, Abdeslem/ Kherbouche-Abrous, Ourida/ Hadou-Sanoun, Ghania/ Kourtaa-Fergani, Hamida/ Mebarki,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Binliogr.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9789961018644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