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Oscilloscope : fonctionnement et utilisation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Rateau, René/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9782100042814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oscilloscope/ mécanisme de la détection/ </w:t>
            </w:r>
          </w:p>
        </w:tc>
      </w:tr>
    </w:tbl>
    <w:p>
      <w:pPr>
        <w:pStyle w:val="Heading3"/>
      </w:pPr>
      <w:r>
        <w:t>Résumé :</w:t>
      </w:r>
    </w:p>
    <w:p>
      <w:r>
        <w:t>L’ouvrage explique en détail le principe de fonctionnement de l’oscilloscope, instrument essentiel pour la mesure et l’analyse des signaux électriques. Il décrit la formation et la lecture des formes d’onde, le rôle des différents blocs internes  (base de temps, amplificateurs, déclenchement), ainsi que les méthodes de réglage et de calibration. Le livre met l’accent sur l’utilisation pratique de l’oscilloscope dans divers domaines de l’électronique, en montrant comment interpréter les signaux, diagnostiquer des circuits et effectuer des mesures précises. Il constitue ainsi un  guide complet pour apprendre à exploiter efficacement cet appareil de mesure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