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Alliet,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éd... mise à jour et ref.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2729847014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cytochimie/ cytogénétique/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de Cytobiologie est avant tout destiné aux étudiants des sciences de la santé. Le premier chapitre est consacré à la Biochimie structurale et à l'exposé des filiations des constituants cellulaires à partir des composés simples. Le second chapitre s'intéresse aux principales méthodes d'étude de la cellule. Trois chapitres sont consacrés à l'étude des principales formes de vie sur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