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electrical and electronics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Rajrut, R.K/ </w:t>
            </w:r>
          </w:p>
        </w:tc>
      </w:tr>
      <w:tr>
        <w:trPr>
          <w:trHeight w:val="567"/>
        </w:trPr>
        <w:tc>
          <w:tcPr>
            <w:tcW w:type="dxa" w:w="3000"/>
          </w:tcPr>
          <w:p>
            <w:r>
              <w:t>Edition</w:t>
            </w:r>
          </w:p>
        </w:tc>
        <w:tc>
          <w:tcPr>
            <w:tcW w:type="dxa" w:w="7000"/>
          </w:tcPr>
          <w:p>
            <w:r>
              <w:t>First year B.E. Students</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788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8170081211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basic electrical engineering/ electric circuits/ </w:t>
            </w:r>
          </w:p>
        </w:tc>
      </w:tr>
    </w:tbl>
    <w:p>
      <w:pPr>
        <w:pStyle w:val="Heading3"/>
      </w:pPr>
      <w:r>
        <w:t>Résumé :</w:t>
      </w:r>
    </w:p>
    <w:p>
      <w:r>
        <w:t>The book Basic Electrical and Electronics Engineering (2005) by R. K. Rajput provides a comprehensive introduction to the fundamental principles of both electrical and electronics engineering. It is designed mainly for first-year engineering students from various disciplines, helping them build a solid foundation in the subject. The first part of the book focuses on electrical engineering basics, including direct and alternating current circuits, electrical laws (Ohm’s and Kirchhoff’s), magnetic circuits, transformers, electrical machines such as generators and motors, and measuring instruments. The second part covers electronics engineering concepts, such as semiconductor devices (diodes, transistors), transducers, integrated circuits, and the essentials of digital electronics like logic gates and Boolean algebra. Each chapter includes clear explanations, detailed diagrams, solved examples, review questions, and practice problems to reinforce understanding. The author’s teaching style emphasizes simplicity, clarity, and practical application, making complex topics accessible to beginners. Although the book provides broad coverage rather than in-depth analysis of each topic, it serves as an excellent introductory text for engineering students to grasp the core concepts of electrical and electronics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