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S'initier à la programmation des PIC : basic et assembleur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Reboux,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2100077961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 et assembleur/ carte interface/ </w:t>
            </w:r>
          </w:p>
        </w:tc>
      </w:tr>
    </w:tbl>
    <w:p>
      <w:pPr>
        <w:pStyle w:val="Heading3"/>
      </w:pPr>
      <w:r>
        <w:t>Résumé :</w:t>
      </w:r>
    </w:p>
    <w:p>
      <w:r>
        <w:t>Ce livre introduit les bases de la programmation des microcontrôleurs PIC, en présentant les concepts essentiels de l’électronique numérique et des architectures à microcontrôleur. Il explique pas à pas la mise en œuvre des programmes en langage **Basic** et en **Assembleur**, depuis la conception jusqu’à la simulation et l’expérimentation sur carte. L’ouvrage met l’accent sur la compréhension du fonctionnement interne des PIC, la gestion des entrées/sorties, des minuteries, des interruptions et des communications série. Il constitue un guide pratique pour débutants souhaitant acquérir une maîtrise solide de la programmation des microcontrôleurs à travers des exemples simples et progressifs.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