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Princples of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Mehta, V.K./ Mehta, Rohit/ </w:t>
            </w:r>
          </w:p>
        </w:tc>
      </w:tr>
      <w:tr>
        <w:trPr>
          <w:trHeight w:val="567"/>
        </w:trPr>
        <w:tc>
          <w:tcPr>
            <w:tcW w:type="dxa" w:w="3000"/>
          </w:tcPr>
          <w:p>
            <w:r>
              <w:t>Adresse bib.</w:t>
            </w:r>
          </w:p>
        </w:tc>
        <w:tc>
          <w:tcPr>
            <w:tcW w:type="dxa" w:w="7000"/>
          </w:tcPr>
          <w:p>
            <w:r>
              <w:t xml:space="preserve">S. Chand and Publishing/ </w:t>
            </w:r>
          </w:p>
        </w:tc>
      </w:tr>
      <w:tr>
        <w:trPr>
          <w:trHeight w:val="567"/>
        </w:trPr>
        <w:tc>
          <w:tcPr>
            <w:tcW w:type="dxa" w:w="3000"/>
          </w:tcPr>
          <w:p>
            <w:r>
              <w:t>Nombre de Pages</w:t>
            </w:r>
          </w:p>
        </w:tc>
        <w:tc>
          <w:tcPr>
            <w:tcW w:type="dxa" w:w="7000"/>
          </w:tcPr>
          <w:p>
            <w:r>
              <w:t>778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Multicolour Revised Edition(N°:None)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8121924502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 tech/ other engg/ examination/ </w:t>
            </w:r>
          </w:p>
        </w:tc>
      </w:tr>
    </w:tbl>
    <w:p>
      <w:pPr>
        <w:pStyle w:val="Heading3"/>
      </w:pPr>
      <w:r>
        <w:t>Résumé :</w:t>
      </w:r>
    </w:p>
    <w:p>
      <w:r>
        <w:t>Principles and electronics is a comprehensive and succinct textbook for students preparing for bsc, beb tech, amie diploma and various other engineering examinations. it also caters to the requirements of those readers who wish to increase their knowledge and gain a sound grounding in the basics of electronics.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