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bus 12C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Paret, Dominique/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210004706x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bus 12C/ pléthore d'application/ évolutions-modes fast/ high speed/ </w:t>
            </w:r>
          </w:p>
        </w:tc>
      </w:tr>
    </w:tbl>
    <w:p>
      <w:pPr>
        <w:pStyle w:val="Heading3"/>
      </w:pPr>
      <w:r>
        <w:t>Résumé :</w:t>
      </w:r>
    </w:p>
    <w:p>
      <w:r>
        <w:t>En un peu plus de vingt ans, le bus 12C (Inter Integrated Circuits Bus), développé par la société Philips Semiconductors, a su s'imposer sur le marché de l'électronique, au point d'être devenu l'un des plus réputé et des plus utilisé. Ce moyen simple, économique et performant de relier des circuits intégrés par une simple liaison série, est aujourd'hui au cœur d'une pléthore d'applications. Cette deuxième édition en expose dans le détail les principes du protocole de communication et en développe les plus récentes évolutions - modes fast et high speed - qui permettent au bus 12C de se lancer à l'assaut de bien d'autres applications gourmandes en débit. L'auteur y détaille d'autre part le fonctionnement des microcontrôleurs dédiés 12C, les passerelles vers d'autres bus, ainsi que les outils de développement. Un nouveau chapitre est consacré aux applications multimaîtres, aux réseaux 12C ainsi qu'à la structure fonctionnelle d'une couche applicative adaptée (ACCESS. Bus). La théorie est toujours illustrée par des applications qui font de ce livre un véritable outil d'apprentissage et de référence qui séduira à la fois les concepteurs en électronique, les amateurs passionnés et les étudiants de la branche.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