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d’électronique.T5, diodes, thyristors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Edition</w:t>
            </w:r>
          </w:p>
        </w:tc>
        <w:tc>
          <w:tcPr>
            <w:tcW w:type="dxa" w:w="7000"/>
          </w:tcPr>
          <w:p>
            <w:r>
              <w:t>Troisiéme Edition</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136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INGÉNIEURS E.E.A.(N°:None)</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montage à diodes/ l'entrainement électrique/ </w:t>
            </w:r>
          </w:p>
        </w:tc>
      </w:tr>
    </w:tbl>
    <w:p>
      <w:pPr>
        <w:pStyle w:val="Heading3"/>
      </w:pPr>
      <w:r>
        <w:t>Résumé :</w:t>
      </w:r>
    </w:p>
    <w:p>
      <w:r>
        <w:t>Le livre Cours d’électronique, Tome 5 : Diodes, Thyristors – Commande des moteurs de Francis Milsant (Éditions Eyrolles, 1989) est un manuel d’enseignement supérieur consacré à l’étude des composants semi-conducteurs de puissance et à leur application dans la commande des moteurs électriques. L’ouvrage présente d’abord les principes fondamentaux des diodes, leurs caractéristiques statiques et dynamiques, ainsi que leurs comportements dans différents régimes de fonctionnement. Il aborde ensuite les thyristors, dispositifs essentiels dans l’électronique de puissance, en expliquant leur structure, leur mode de déclenchement, leur extinction et leurs conditions d’utilisation en toute sécurité.  Dans une deuxième partie, Milsant traite des circuits de conversion d’énergie : redresseurs, hacheurs et onduleurs, permettant de transformer et de contrôler la tension ou le courant selon les besoins. Ces convertisseurs constituent la base de la commande des moteurs électriques, domaine auquel le livre consacre une attention particulière. L’auteur montre comment les diodes et thyristors sont utilisés pour réguler la vitesse, le couple et le sens de rotation des moteurs à courant continu ou alternatif. L’accent est mis sur la compréhension des phénomènes physiques, les méthodes de calcul et les précautions de conception (pertes, échauffement, protection, filtrage). Riche en exemples pratiques et exercices, ce volume associe théorie et application industrielle. Il vise à donner à l’étudiant ou au technicien les outils nécessaires pour analyser, concevoir et mettre en œuvre des circuits de commande de puissance fiables et performants.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