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Oehmichen, Jean-Pierre/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2100043749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électronique/ manuels d'amateur/ </w:t>
            </w:r>
          </w:p>
        </w:tc>
      </w:tr>
    </w:tbl>
    <w:p>
      <w:pPr>
        <w:pStyle w:val="Heading3"/>
      </w:pPr>
      <w:r>
        <w:t>Résumé :</w:t>
      </w:r>
    </w:p>
    <w:p>
      <w:r>
        <w:t>Cet ouvrage guide le lecteur dans la découverte des réalisations électroniques, et lui apprend à raisonner de telle façon qu'il puisse concevoir lui-même des ensembles et déterminer les valeurs des composants qui en feront partie. L'auteur fait assimiler expérimentalement les principales lois de l'électricité et de l'électronique sans matériels coûteux ni exposés théoriques superflus. Progressivement, il permet au lecteur de comprendre, de réaliser, de mettre au point et de dépanner un circuit électronique, donc d'acquérir ce " sens physique " indispensable au bon électronicien.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