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Colles BA BV</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Collin, Antoine/ Demany, Jean-Michel/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286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2729812393</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571.6/ </w:t>
            </w:r>
          </w:p>
        </w:tc>
      </w:tr>
      <w:tr>
        <w:trPr>
          <w:trHeight w:val="567"/>
        </w:trPr>
        <w:tc>
          <w:tcPr>
            <w:tcW w:type="dxa" w:w="3000"/>
          </w:tcPr>
          <w:p>
            <w:r>
              <w:t>Sujet(s)</w:t>
            </w:r>
          </w:p>
        </w:tc>
        <w:tc>
          <w:tcPr>
            <w:tcW w:type="dxa" w:w="7000"/>
          </w:tcPr>
          <w:p>
            <w:r>
              <w:t xml:space="preserve">biologie végétale/ Biologie animale/ </w:t>
            </w:r>
          </w:p>
        </w:tc>
      </w:tr>
    </w:tbl>
    <w:p>
      <w:pPr>
        <w:pStyle w:val="Heading3"/>
      </w:pPr>
      <w:r>
        <w:t>Résumé :</w:t>
      </w:r>
    </w:p>
    <w:p>
      <w:r>
        <w:t>Ce livre est le premier ouvrage synthétique qui aborde les notions de biologie animale et végétale enseignées en 1er cycle (DEUG, PCEM, PCEP) et dans les classes préparatoires aux grandes écoles (AGRO, VETO) sous forme de plans concis.</w:t>
        <w:br/>
        <w:br/>
        <w:t>Dans cet ouvrage qui compte près de 250 plans, les différents domaines de la biologie animale et végétale sont passés en revue :</w:t>
        <w:br/>
        <w:br/>
        <w:t>✔ animaux invertébrés,</w:t>
        <w:br/>
        <w:br/>
        <w:t>✔ animaux vertébrés,</w:t>
        <w:br/>
        <w:br/>
        <w:t>✔ les grandes fonctions biologiques,</w:t>
        <w:br/>
        <w:br/>
        <w:t>✔ embryologie et développement,</w:t>
        <w:br/>
        <w:br/>
        <w:t>✔ sujets généraux sur les animaux,</w:t>
        <w:br/>
        <w:br/>
        <w:t>✔ végétaux et milieu terrestre,</w:t>
        <w:br/>
        <w:br/>
        <w:t>✔ nutrition chez les végétaux,</w:t>
        <w:br/>
        <w:br/>
        <w:t>✔ ecosystème prairie et biosphère.</w:t>
        <w:br/>
        <w:br/>
        <w:t>Clair et synthétique, cet ouvrage est un outil de travail indispensable et efficace pour tout étudiant préparant un examen ou un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