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et signalisations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2743006544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cellulaire/ signalisation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Communications et signalisations cellulaires est conçu comme un ouvrage pratique et dresse un panorama clair des connaissances actuelles des voies de signalisations responsables des régulations endocriniennes, neuro-endocriniennes, immunologiques et des facteurs de croissance. Il est complété d'un index des mots clés et d'un lexique franco-anglais des sigles facilitant sa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