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cinquante QCM corrigés ]150 QCM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Souetre,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Ces 150 QCM de Biologie cellulaire vous aideront à vous préparer efficacement. Ne passez pas plus de deux minutes pour répondre à chaque QCM... et pour certains d'entre eux répondez immédiatement ! Un tableau synthétique des réponses permet de s'auto-évaluer.Des commentaires pédagogiques sont systématiquement faits pour entériner la bonne réponse et expliquer pourquoi telle autre était mauvaise.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