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Perez-Mas, Arsène/ Jacques-Michel/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2100039563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fonctionnel/ électronique pratique/ </w:t>
            </w:r>
          </w:p>
        </w:tc>
      </w:tr>
    </w:tbl>
    <w:p>
      <w:pPr>
        <w:pStyle w:val="Heading3"/>
      </w:pPr>
      <w:r>
        <w:t>Résumé :</w:t>
      </w:r>
    </w:p>
    <w:p>
      <w:r>
        <w:t>Cet ouvrage propose les bases fondamentales de l'électronique, des éléments de technologie utiles aux réalisations pratiques, des exemples de montages, des indications sur les techniques modernes et sur les composants nouveaux. Il permet de s'entraîner et de s'évaluer grâce aux exercices types avec solutions, des calculs fonctionnels aux fiches d'auto-correction.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