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monde du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Purves, William K./ London, Jacqueline/ Heller, H. Craig/ Orians, Gordon H./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1321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2257160258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biologie/ évolution biologique/ </w:t>
            </w:r>
          </w:p>
        </w:tc>
      </w:tr>
    </w:tbl>
    <w:p>
      <w:pPr>
        <w:pStyle w:val="Heading3"/>
      </w:pPr>
      <w:r>
        <w:t>Résumé :</w:t>
      </w:r>
    </w:p>
    <w:p>
      <w:r>
        <w:t>Le monde du vivant  est devenu LE traité de Biologie de référence dans le monde entier : par sa densité et sa grande accessibilité, par la qualité et le niveau des informations qu'il fournit ainsi que par son exhaustivité. L'ouvrage est divisé en 7 grandes parties : la cellule (8 chapitres), l'hérédité et l'information (12 chapitres), les processus de l'évolution (5 chapitres), la diversité biologique (6 chapitres), la biologie des plantes (6 chapitres), la biologie animale (13 chapitres), l'écologie et la biogéographie (6 chapitres). Ainsi, tous les aspects de tous les êtres vivants sont traités depuis la cellule et ses composants jusqu'à l'étude de l'environnement. Dans cette nouvelle édition, il y a 4 nouveaux chapitres importants : l'évolution moléculaire, l'embryologie animale, la reproduction animale, les fonctions cérébrales supérieures ; l'ensemble des autres chapitres a été entièrement repensé et réécrit par rapport à la précédente édition. De plus, ajoutant à la clarté des textes, chacun des 55 chapitres du livre se termine par : un résumé énonçant les principales notions qu'il faut avoir retenues de l'étude du chapitre, une série de questions à choix multiples dont les réponses sont données en fin d'ouvrage, une série de questions de cours qui permettent de s'auto-évaluer à chacune des étapes de la lecture du livre, enfin, une dizaine de références bibliographiques essentielles. L'ouvrage se termine par un glossaire de 1700 définitions particulièrement utiles, les réponses aux qcm, et par un index alphabétique de 10 000 entrées. Au total, 55 chapitres, 1350 pages, 1300 illustrations en couleur, 550 QCM et leurs réponses, 270 questions de cours, un glossaire de 1700 définitions, et 10 000 entrées d'index, pour préparer, réviser, et réussir son examen de biologie ; l'enseignant trouvera aussi dans ce livre un support de cours et d'examen, unique et indispensable. LES AUTEURS William PURVES est Professeur de Biologie à l'Université de Santa Barbara (Université de Californie), Craig HELLER est Professeur de Biologie Humaine à Stanford (Université de Californie), Gordon ORNAIS est Professeur de Biologie à l'Université de Washington, David SAVATA, nouvel auteur dans cette édition, est Professeur de Biologie à Clameront, plus particulièrement spécialisé en Biologie Moléculaire et en Biologie du Développement. Ils sont tous les quatre, auteurs de nombreuses publications scientifiques et de livres ; ils enseignent la biologie depuis de nombreuses années. LE PUBLIC Les étudiants, professeurs de biologie, de biochimie, génétique, sciences de la vie, écoles vétérinaires, agronomes.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