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Alberts, Bruce/ Alexander, Johnson/ Lewis, Julian/ Raff,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(XXXIV-1463-[85]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2257162196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cytogénétique/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clairement le séquençage complet du génome de centaines d'organismes, des bactéries à l'homme. Ce séquençage a révolutionné notre compréhension des êtres vivants et de leurs interrelations.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