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Visual Basic 6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Wright, Peter/ Savev, Marie/ Heudiard, Servane/ Liabeuf, Christine/ Lowe, Dominic/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Eyrolles/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Solutions développeurs(N°:None)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p.p. 753-768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2212092687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visual basic 6/ programmation/ </w:t>
            </w:r>
          </w:p>
        </w:tc>
      </w:tr>
    </w:tbl>
    <w:p>
      <w:pPr>
        <w:pStyle w:val="Heading3"/>
      </w:pPr>
      <w:r>
        <w:t>Résumé :</w:t>
      </w:r>
    </w:p>
    <w:p>
      <w:r>
        <w:t>Cet ouvrage est un livre qui vise à fournir une introduction complète et accessible au langage de programmation Visual Basic 6. Ce livre est destiné tant aux débutants qu’aux programmeurs ayant déjà une certaine expérience, cherchant à approfondir leurs compétences en développement d’applications Windows.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