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Biochimie des communications cellulaires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Combarnous, Yves/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2éme ed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Tec &amp; doc-Lavoisier/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255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241-245. Index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2743001682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BIOCHIMIE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</w:tbl>
    <w:p>
      <w:pPr>
        <w:pStyle w:val="Heading3"/>
      </w:pPr>
      <w:r>
        <w:t>Résumé :</w:t>
      </w:r>
    </w:p>
    <w:p>
      <w:r>
        <w:t>L’ouvrage étudie les mécanismes biochimiques et moléculaires par lesquels les cellules communiquent entre elles, ou avec leur environnement, via des signaux chimiques : hormones, neuromédiateurs, cytokines, facteurs de croissance. Il montre comment ces signaux sont détectés, transmis à l’intérieur de la cellule, et comment ils provoquent une réponse adaptée.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