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95 et NT 4.0 puissance maxi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Honeycutt, Jerry/ Naniche, Pierre/ </w:t>
            </w:r>
          </w:p>
        </w:tc>
      </w:tr>
      <w:tr>
        <w:trPr>
          <w:trHeight w:val="567"/>
        </w:trPr>
        <w:tc>
          <w:tcPr>
            <w:tcW w:type="dxa" w:w="3000"/>
          </w:tcPr>
          <w:p>
            <w:r>
              <w:t>Adresse bib.</w:t>
            </w:r>
          </w:p>
        </w:tc>
        <w:tc>
          <w:tcPr>
            <w:tcW w:type="dxa" w:w="7000"/>
          </w:tcPr>
          <w:p>
            <w:r>
              <w:t xml:space="preserve">Simon et  Schuster Macmillan France/ </w:t>
            </w:r>
          </w:p>
        </w:tc>
      </w:tr>
      <w:tr>
        <w:trPr>
          <w:trHeight w:val="567"/>
        </w:trPr>
        <w:tc>
          <w:tcPr>
            <w:tcW w:type="dxa" w:w="3000"/>
          </w:tcPr>
          <w:p>
            <w:r>
              <w:t>Nombre de Pages</w:t>
            </w:r>
          </w:p>
        </w:tc>
        <w:tc>
          <w:tcPr>
            <w:tcW w:type="dxa" w:w="7000"/>
          </w:tcPr>
          <w:p>
            <w:r>
              <w:t>362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Index p.p. 349-362</w:t>
            </w:r>
          </w:p>
        </w:tc>
      </w:tr>
      <w:tr>
        <w:trPr>
          <w:trHeight w:val="567"/>
        </w:trPr>
        <w:tc>
          <w:tcPr>
            <w:tcW w:type="dxa" w:w="3000"/>
          </w:tcPr>
          <w:p>
            <w:r>
              <w:t>Numéro d'Identification</w:t>
            </w:r>
          </w:p>
        </w:tc>
        <w:tc>
          <w:tcPr>
            <w:tcW w:type="dxa" w:w="7000"/>
          </w:tcPr>
          <w:p>
            <w:r>
              <w:t>2744002798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Windows 95/ Windows NT 4.0/ </w:t>
            </w:r>
          </w:p>
        </w:tc>
      </w:tr>
    </w:tbl>
    <w:p>
      <w:pPr>
        <w:pStyle w:val="Heading3"/>
      </w:pPr>
      <w:r>
        <w:t>Résumé :</w:t>
      </w:r>
    </w:p>
    <w:p>
      <w:r>
        <w:t>Cet ouvrage couvre une variété de sujets, allant des bases de l’installation et de la configuration des systèmes d’exploitation à des techniques plus avancées pour maximiser leur performance et leur efficacité. Honeycutt fournit des conseils pratiques, des astuces et des stratégies pour tirer le meilleur parti des fonctionnalités offertes par Windows 95 et NT 4.0.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